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Fatima Alababneh - CV</w:t>
      </w:r>
    </w:p>
    <w:p>
      <w:r>
        <w:t>Phone: 0796225105</w:t>
      </w:r>
    </w:p>
    <w:p>
      <w:r>
        <w:t>Email: fatimaababneh93@gmail.com</w:t>
      </w:r>
    </w:p>
    <w:p>
      <w:r>
        <w:t>Location: Jordan - Irbid</w:t>
      </w:r>
    </w:p>
    <w:p>
      <w:pPr>
        <w:pStyle w:val="Heading2"/>
      </w:pPr>
      <w:r>
        <w:t>Professional Summary</w:t>
      </w:r>
    </w:p>
    <w:p>
      <w:r>
        <w:t>Motivated and enthusiastic third-year Pharmacy student with strong communication and interpersonal skills. Certified in employability skills, life skills, first aid, advanced Python programming, and AI healthcare innovation. Seeking an opportunity in Customer Service to utilize my communication, problem-solving, and teamwork abilities.</w:t>
      </w:r>
    </w:p>
    <w:p>
      <w:pPr>
        <w:pStyle w:val="Heading2"/>
      </w:pPr>
      <w:r>
        <w:t>Education</w:t>
      </w:r>
    </w:p>
    <w:p>
      <w:r>
        <w:t>Bachelor of Pharmacy – Third-Year Student</w:t>
      </w:r>
    </w:p>
    <w:p>
      <w:pPr>
        <w:pStyle w:val="Heading2"/>
      </w:pPr>
      <w:r>
        <w:t>Certifications &amp; Training</w:t>
      </w:r>
    </w:p>
    <w:p>
      <w:pPr>
        <w:pStyle w:val="ListBullet"/>
      </w:pPr>
      <w:r>
        <w:t>Advanced Python Programming Certificate – UNICEF</w:t>
      </w:r>
    </w:p>
    <w:p>
      <w:pPr>
        <w:pStyle w:val="ListBullet"/>
      </w:pPr>
      <w:r>
        <w:t>AI in Healthcare Hackathon Certificate – Yarmouk University</w:t>
      </w:r>
    </w:p>
    <w:p>
      <w:pPr>
        <w:pStyle w:val="ListBullet"/>
      </w:pPr>
      <w:r>
        <w:t>First Aid Training Certificate</w:t>
      </w:r>
    </w:p>
    <w:p>
      <w:pPr>
        <w:pStyle w:val="ListBullet"/>
      </w:pPr>
      <w:r>
        <w:t>Life Skills and Employability Skills Certificate</w:t>
      </w:r>
    </w:p>
    <w:p>
      <w:pPr>
        <w:pStyle w:val="ListBullet"/>
      </w:pPr>
      <w:r>
        <w:t>Job Search Journey Certificate – NRC</w:t>
      </w:r>
    </w:p>
    <w:p>
      <w:pPr>
        <w:pStyle w:val="Heading2"/>
      </w:pPr>
      <w:r>
        <w:t>Skills</w:t>
      </w:r>
    </w:p>
    <w:p>
      <w:pPr>
        <w:pStyle w:val="ListBullet"/>
      </w:pPr>
      <w:r>
        <w:t>Customer Service</w:t>
      </w:r>
    </w:p>
    <w:p>
      <w:pPr>
        <w:pStyle w:val="ListBullet"/>
      </w:pPr>
      <w:r>
        <w:t>Communication Skills</w:t>
      </w:r>
    </w:p>
    <w:p>
      <w:pPr>
        <w:pStyle w:val="ListBullet"/>
      </w:pPr>
      <w:r>
        <w:t>Active Listening</w:t>
      </w:r>
    </w:p>
    <w:p>
      <w:pPr>
        <w:pStyle w:val="ListBullet"/>
      </w:pPr>
      <w:r>
        <w:t>Problem Solving</w:t>
      </w:r>
    </w:p>
    <w:p>
      <w:pPr>
        <w:pStyle w:val="ListBullet"/>
      </w:pPr>
      <w:r>
        <w:t>Teamwork</w:t>
      </w:r>
    </w:p>
    <w:p>
      <w:pPr>
        <w:pStyle w:val="ListBullet"/>
      </w:pPr>
      <w:r>
        <w:t>Time Management</w:t>
      </w:r>
    </w:p>
    <w:p>
      <w:pPr>
        <w:pStyle w:val="ListBullet"/>
      </w:pPr>
      <w:r>
        <w:t>Adaptability</w:t>
      </w:r>
    </w:p>
    <w:p>
      <w:pPr>
        <w:pStyle w:val="ListBullet"/>
      </w:pPr>
      <w:r>
        <w:t>Working Under Pressure</w:t>
      </w:r>
    </w:p>
    <w:p>
      <w:pPr>
        <w:pStyle w:val="ListBullet"/>
      </w:pPr>
      <w:r>
        <w:t>Microsoft Office</w:t>
      </w:r>
    </w:p>
    <w:p>
      <w:pPr>
        <w:pStyle w:val="ListBullet"/>
      </w:pPr>
      <w:r>
        <w:t>Internet &amp; Email Communication</w:t>
      </w:r>
    </w:p>
    <w:p>
      <w:pPr>
        <w:pStyle w:val="ListBullet"/>
      </w:pPr>
      <w:r>
        <w:t>Advanced Python Programming</w:t>
      </w:r>
    </w:p>
    <w:p>
      <w:pPr>
        <w:pStyle w:val="Heading2"/>
      </w:pPr>
      <w:r>
        <w:t>Languages</w:t>
      </w:r>
    </w:p>
    <w:p>
      <w:r>
        <w:t>Arabic: Native</w:t>
      </w:r>
    </w:p>
    <w:p>
      <w:r>
        <w:t>English: Good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