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203" w:rsidRDefault="006A2203" w:rsidP="003B3D48">
      <w:pPr>
        <w:pStyle w:val="Heading1"/>
        <w:ind w:left="720"/>
        <w:jc w:val="right"/>
        <w:rPr>
          <w:rFonts w:ascii="Times New Roman" w:hAnsi="Times New Roman" w:hint="cs"/>
          <w:sz w:val="48"/>
          <w:lang w:bidi="ar-JO"/>
        </w:rPr>
      </w:pPr>
      <w:r>
        <w:rPr>
          <w:rtl/>
        </w:rPr>
        <w:t>علي ثابت جرادات</w:t>
      </w:r>
      <w:bookmarkStart w:id="0" w:name="_GoBack"/>
      <w:bookmarkEnd w:id="0"/>
    </w:p>
    <w:p w:rsidR="006A2203" w:rsidRDefault="006A2203" w:rsidP="003B3D48">
      <w:pPr>
        <w:pStyle w:val="NormalWeb"/>
        <w:ind w:left="720"/>
        <w:jc w:val="right"/>
      </w:pPr>
      <w:r>
        <w:rPr>
          <w:b/>
          <w:bCs/>
          <w:rtl/>
        </w:rPr>
        <w:t>طالب أمن سيبراني</w:t>
      </w:r>
      <w:r>
        <w:rPr>
          <w:b/>
          <w:bCs/>
        </w:rPr>
        <w:t xml:space="preserve"> | Cybersecurity Student</w:t>
      </w:r>
    </w:p>
    <w:p w:rsidR="006A2203" w:rsidRDefault="006A2203" w:rsidP="003B3D48">
      <w:pPr>
        <w:pStyle w:val="NormalWeb"/>
        <w:ind w:left="720"/>
        <w:jc w:val="right"/>
      </w:pPr>
      <w:r>
        <w:rPr>
          <w:b/>
          <w:bCs/>
          <w:rtl/>
        </w:rPr>
        <w:t>إربد، الأردن</w:t>
      </w:r>
      <w:r>
        <w:rPr>
          <w:rtl/>
        </w:rPr>
        <w:t xml:space="preserve"> </w:t>
      </w:r>
      <w:r>
        <w:t xml:space="preserve">| </w:t>
      </w:r>
      <w:r>
        <w:rPr>
          <w:b/>
          <w:bCs/>
        </w:rPr>
        <w:t>0776672304</w:t>
      </w:r>
      <w:r>
        <w:t xml:space="preserve"> | </w:t>
      </w:r>
      <w:r>
        <w:rPr>
          <w:b/>
          <w:bCs/>
        </w:rPr>
        <w:t>ali1492008@gmail.com</w:t>
      </w:r>
    </w:p>
    <w:p w:rsidR="006A2203" w:rsidRDefault="006A2203" w:rsidP="003B3D48">
      <w:pPr>
        <w:pStyle w:val="Heading3"/>
        <w:ind w:left="720"/>
        <w:jc w:val="right"/>
      </w:pPr>
      <w:r>
        <w:rPr>
          <w:rtl/>
        </w:rPr>
        <w:t>الملخص المهني</w:t>
      </w:r>
    </w:p>
    <w:p w:rsidR="006A2203" w:rsidRDefault="006A2203" w:rsidP="003B3D48">
      <w:pPr>
        <w:pStyle w:val="NormalWeb"/>
        <w:ind w:left="720"/>
        <w:jc w:val="right"/>
      </w:pPr>
      <w:r>
        <w:rPr>
          <w:rtl/>
        </w:rPr>
        <w:t>طالب أمن سيبراني شغوف ومتخصص في أساسيات حماية الأنظمة والشبكات وأمن المعلومات. يمتلك قدرة عالية على التعلم الذاتي والتحليل التقني، ويسعى لاقتناص فرصة تدريب ميداني</w:t>
      </w:r>
      <w:r>
        <w:t xml:space="preserve"> (Cybersecurity Internship) </w:t>
      </w:r>
      <w:r>
        <w:rPr>
          <w:rtl/>
        </w:rPr>
        <w:t>لتطبيق المهارات الأكاديمية والعملية والمساهمة في تعزيز البيئة الرقمية للمؤسسات</w:t>
      </w:r>
      <w:r>
        <w:t>.</w:t>
      </w:r>
    </w:p>
    <w:p w:rsidR="006A2203" w:rsidRDefault="006A2203" w:rsidP="003B3D48">
      <w:pPr>
        <w:pStyle w:val="Heading3"/>
        <w:ind w:left="720"/>
        <w:jc w:val="right"/>
      </w:pPr>
      <w:r>
        <w:rPr>
          <w:rtl/>
        </w:rPr>
        <w:t>التعليم</w:t>
      </w:r>
    </w:p>
    <w:p w:rsidR="006A2203" w:rsidRDefault="006A2203" w:rsidP="003B3D48">
      <w:pPr>
        <w:pStyle w:val="NormalWeb"/>
        <w:numPr>
          <w:ilvl w:val="0"/>
          <w:numId w:val="10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تخصص الأمن السيبراني</w:t>
      </w:r>
      <w:r>
        <w:rPr>
          <w:rtl/>
        </w:rPr>
        <w:t xml:space="preserve"> </w:t>
      </w:r>
      <w:r>
        <w:t xml:space="preserve">| </w:t>
      </w:r>
      <w:r>
        <w:rPr>
          <w:rtl/>
        </w:rPr>
        <w:t>كلية توليدو</w:t>
      </w:r>
    </w:p>
    <w:p w:rsidR="006A2203" w:rsidRDefault="006A2203" w:rsidP="003B3D48">
      <w:pPr>
        <w:pStyle w:val="NormalWeb"/>
        <w:numPr>
          <w:ilvl w:val="1"/>
          <w:numId w:val="10"/>
        </w:numPr>
        <w:tabs>
          <w:tab w:val="clear" w:pos="1440"/>
          <w:tab w:val="num" w:pos="2160"/>
        </w:tabs>
        <w:ind w:left="2160"/>
        <w:jc w:val="right"/>
      </w:pPr>
      <w:r>
        <w:rPr>
          <w:b/>
          <w:bCs/>
          <w:rtl/>
        </w:rPr>
        <w:t>الحالة</w:t>
      </w:r>
      <w:r>
        <w:rPr>
          <w:b/>
          <w:bCs/>
        </w:rPr>
        <w:t>:</w:t>
      </w:r>
      <w:r>
        <w:t xml:space="preserve"> </w:t>
      </w:r>
      <w:r>
        <w:rPr>
          <w:rtl/>
        </w:rPr>
        <w:t>على مقاعد الدراسة</w:t>
      </w:r>
    </w:p>
    <w:p w:rsidR="006A2203" w:rsidRDefault="006A2203" w:rsidP="003B3D48">
      <w:pPr>
        <w:pStyle w:val="Heading3"/>
        <w:ind w:left="720"/>
        <w:jc w:val="right"/>
      </w:pPr>
      <w:r>
        <w:rPr>
          <w:rtl/>
        </w:rPr>
        <w:t>المهارات</w:t>
      </w:r>
    </w:p>
    <w:p w:rsidR="006A2203" w:rsidRDefault="006A2203" w:rsidP="003B3D48">
      <w:pPr>
        <w:pStyle w:val="NormalWeb"/>
        <w:numPr>
          <w:ilvl w:val="0"/>
          <w:numId w:val="11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المهارات التقنية</w:t>
      </w:r>
      <w:r>
        <w:rPr>
          <w:b/>
          <w:bCs/>
        </w:rPr>
        <w:t>: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أساسيات أمن المعلومات وحماية الشبكات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التطبيق العملي للذكاء الاصطناعي في المجال التقني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إتقان التعامل مع تطبيقات</w:t>
      </w:r>
      <w:r>
        <w:t xml:space="preserve"> Microsoft Office </w:t>
      </w:r>
      <w:r>
        <w:rPr>
          <w:rtl/>
        </w:rPr>
        <w:t>والبرامج الأساسية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البحث التقني المتقدم وتحليل الأخطاء</w:t>
      </w:r>
    </w:p>
    <w:p w:rsidR="006A2203" w:rsidRDefault="006A2203" w:rsidP="003B3D48">
      <w:pPr>
        <w:pStyle w:val="NormalWeb"/>
        <w:numPr>
          <w:ilvl w:val="0"/>
          <w:numId w:val="11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المهارات الشخصية والعملية</w:t>
      </w:r>
      <w:r>
        <w:rPr>
          <w:b/>
          <w:bCs/>
        </w:rPr>
        <w:t>: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التفكير التحليلي وحل المشكلات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التعلم الذاتي والتكيف مع التقنيات الحديثة</w:t>
      </w:r>
    </w:p>
    <w:p w:rsidR="006A2203" w:rsidRDefault="006A2203" w:rsidP="003B3D48">
      <w:pPr>
        <w:pStyle w:val="NormalWeb"/>
        <w:numPr>
          <w:ilvl w:val="1"/>
          <w:numId w:val="11"/>
        </w:numPr>
        <w:tabs>
          <w:tab w:val="clear" w:pos="1440"/>
          <w:tab w:val="num" w:pos="2160"/>
        </w:tabs>
        <w:ind w:left="2160"/>
        <w:jc w:val="right"/>
      </w:pPr>
      <w:r>
        <w:rPr>
          <w:rtl/>
        </w:rPr>
        <w:t>التواصل الفعال والعمل الجماعي</w:t>
      </w:r>
    </w:p>
    <w:p w:rsidR="006A2203" w:rsidRDefault="006A2203" w:rsidP="003B3D48">
      <w:pPr>
        <w:pStyle w:val="Heading3"/>
        <w:ind w:left="720"/>
        <w:jc w:val="right"/>
      </w:pPr>
      <w:r>
        <w:rPr>
          <w:rtl/>
        </w:rPr>
        <w:t>الدورات التدريبية والشهادات</w:t>
      </w:r>
    </w:p>
    <w:p w:rsidR="006A2203" w:rsidRDefault="006A2203" w:rsidP="003B3D48">
      <w:pPr>
        <w:pStyle w:val="NormalWeb"/>
        <w:numPr>
          <w:ilvl w:val="0"/>
          <w:numId w:val="12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شهادة في الذكاء الاصطناعي</w:t>
      </w:r>
      <w:r>
        <w:rPr>
          <w:b/>
          <w:bCs/>
        </w:rPr>
        <w:t xml:space="preserve"> (Artificial Intelligence)</w:t>
      </w:r>
    </w:p>
    <w:p w:rsidR="006A2203" w:rsidRDefault="006A2203" w:rsidP="003B3D48">
      <w:pPr>
        <w:pStyle w:val="NormalWeb"/>
        <w:numPr>
          <w:ilvl w:val="0"/>
          <w:numId w:val="12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شهادة في التسويق الرقمي</w:t>
      </w:r>
      <w:r>
        <w:rPr>
          <w:b/>
          <w:bCs/>
        </w:rPr>
        <w:t xml:space="preserve"> (Digital Marketing)</w:t>
      </w:r>
    </w:p>
    <w:p w:rsidR="006A2203" w:rsidRDefault="006A2203" w:rsidP="003B3D48">
      <w:pPr>
        <w:pStyle w:val="Heading3"/>
        <w:ind w:left="720"/>
        <w:jc w:val="right"/>
      </w:pPr>
      <w:r>
        <w:rPr>
          <w:rtl/>
        </w:rPr>
        <w:t>اللغات</w:t>
      </w:r>
    </w:p>
    <w:p w:rsidR="006A2203" w:rsidRDefault="006A2203" w:rsidP="003B3D48">
      <w:pPr>
        <w:pStyle w:val="NormalWeb"/>
        <w:numPr>
          <w:ilvl w:val="0"/>
          <w:numId w:val="13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العربية</w:t>
      </w:r>
      <w:r>
        <w:rPr>
          <w:b/>
          <w:bCs/>
        </w:rPr>
        <w:t>:</w:t>
      </w:r>
      <w:r>
        <w:t xml:space="preserve"> </w:t>
      </w:r>
      <w:r>
        <w:rPr>
          <w:rtl/>
        </w:rPr>
        <w:t>اللغة الأم</w:t>
      </w:r>
    </w:p>
    <w:p w:rsidR="006A2203" w:rsidRDefault="006A2203" w:rsidP="003B3D48">
      <w:pPr>
        <w:pStyle w:val="NormalWeb"/>
        <w:numPr>
          <w:ilvl w:val="0"/>
          <w:numId w:val="13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الإنجليزية</w:t>
      </w:r>
      <w:r>
        <w:rPr>
          <w:b/>
          <w:bCs/>
        </w:rPr>
        <w:t>:</w:t>
      </w:r>
      <w:r>
        <w:t xml:space="preserve"> </w:t>
      </w:r>
      <w:r>
        <w:rPr>
          <w:rtl/>
        </w:rPr>
        <w:t>مستوى متوسط (مع استمرار التطوير الذاتي)</w:t>
      </w:r>
    </w:p>
    <w:p w:rsidR="006A2203" w:rsidRDefault="006A2203" w:rsidP="003B3D48">
      <w:pPr>
        <w:pStyle w:val="Heading3"/>
        <w:ind w:left="720"/>
        <w:jc w:val="right"/>
      </w:pPr>
      <w:r>
        <w:rPr>
          <w:rtl/>
        </w:rPr>
        <w:t>الهدف المهني والخبرة</w:t>
      </w:r>
    </w:p>
    <w:p w:rsidR="006A2203" w:rsidRDefault="006A2203" w:rsidP="003B3D48">
      <w:pPr>
        <w:pStyle w:val="NormalWeb"/>
        <w:numPr>
          <w:ilvl w:val="0"/>
          <w:numId w:val="14"/>
        </w:numPr>
        <w:tabs>
          <w:tab w:val="clear" w:pos="720"/>
          <w:tab w:val="num" w:pos="1440"/>
        </w:tabs>
        <w:ind w:left="1440"/>
        <w:jc w:val="right"/>
      </w:pPr>
      <w:r>
        <w:rPr>
          <w:b/>
          <w:bCs/>
          <w:rtl/>
        </w:rPr>
        <w:t>طالب طموح (باحث عن تدريب عملي)</w:t>
      </w:r>
      <w:r>
        <w:rPr>
          <w:b/>
          <w:bCs/>
        </w:rPr>
        <w:t>:</w:t>
      </w:r>
      <w:r>
        <w:t xml:space="preserve"> </w:t>
      </w:r>
      <w:r>
        <w:rPr>
          <w:rtl/>
        </w:rPr>
        <w:t>التركيز حالياً منصَبّ على بناء القواعد الأكاديمية والمهارية، مع الجاهزية التامة للاندماج في بيئة عمل تدريبية لاكتساب الخبرة الميدانية وتطوير أدوات الأمن السيبراني</w:t>
      </w:r>
      <w:r>
        <w:t>.</w:t>
      </w:r>
    </w:p>
    <w:p w:rsidR="00B410B6" w:rsidRDefault="00B410B6" w:rsidP="006A2203">
      <w:pPr>
        <w:spacing w:after="60"/>
        <w:jc w:val="right"/>
      </w:pPr>
    </w:p>
    <w:sectPr w:rsidR="00B410B6" w:rsidSect="00034616">
      <w:footerReference w:type="default" r:id="rId8"/>
      <w:pgSz w:w="12240" w:h="15840"/>
      <w:pgMar w:top="792" w:right="936" w:bottom="792" w:left="93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652B7" w:rsidRDefault="006652B7">
      <w:pPr>
        <w:spacing w:after="0" w:line="240" w:lineRule="auto"/>
      </w:pPr>
      <w:r>
        <w:separator/>
      </w:r>
    </w:p>
  </w:endnote>
  <w:endnote w:type="continuationSeparator" w:id="0">
    <w:p w:rsidR="006652B7" w:rsidRDefault="006652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10B6" w:rsidRDefault="006652B7">
    <w:pPr>
      <w:pStyle w:val="Footer"/>
      <w:jc w:val="center"/>
    </w:pPr>
    <w:r>
      <w:rPr>
        <w:i/>
      </w:rPr>
      <w:t>Curriculum Vitae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652B7" w:rsidRDefault="006652B7">
      <w:pPr>
        <w:spacing w:after="0" w:line="240" w:lineRule="auto"/>
      </w:pPr>
      <w:r>
        <w:separator/>
      </w:r>
    </w:p>
  </w:footnote>
  <w:footnote w:type="continuationSeparator" w:id="0">
    <w:p w:rsidR="006652B7" w:rsidRDefault="006652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15FC074C"/>
    <w:multiLevelType w:val="multilevel"/>
    <w:tmpl w:val="3490C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F662111"/>
    <w:multiLevelType w:val="multilevel"/>
    <w:tmpl w:val="7C2E73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952A88"/>
    <w:multiLevelType w:val="multilevel"/>
    <w:tmpl w:val="BB5E9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CFD5088"/>
    <w:multiLevelType w:val="multilevel"/>
    <w:tmpl w:val="5C0C9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F8A34EF"/>
    <w:multiLevelType w:val="multilevel"/>
    <w:tmpl w:val="F0BC17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11"/>
  </w:num>
  <w:num w:numId="11">
    <w:abstractNumId w:val="12"/>
  </w:num>
  <w:num w:numId="12">
    <w:abstractNumId w:val="10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B3D48"/>
    <w:rsid w:val="006652B7"/>
    <w:rsid w:val="006A2203"/>
    <w:rsid w:val="00AA1D8D"/>
    <w:rsid w:val="00B410B6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10F0516D"/>
  <w14:defaultImageDpi w14:val="300"/>
  <w15:docId w15:val="{F140BEFC-703B-4C4C-BAAF-E486EF730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Arial" w:hAnsi="Arial"/>
      <w:sz w:val="21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NormalWeb">
    <w:name w:val="Normal (Web)"/>
    <w:basedOn w:val="Normal"/>
    <w:uiPriority w:val="99"/>
    <w:semiHidden/>
    <w:unhideWhenUsed/>
    <w:rsid w:val="006A22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06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17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FD2B7D-CEFE-42B0-8133-DF3A2A750F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181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1216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User</cp:lastModifiedBy>
  <cp:revision>2</cp:revision>
  <dcterms:created xsi:type="dcterms:W3CDTF">2026-08-24T12:52:00Z</dcterms:created>
  <dcterms:modified xsi:type="dcterms:W3CDTF">2026-08-24T12:52:00Z</dcterms:modified>
  <cp:category/>
</cp:coreProperties>
</file>